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Calibri" w:hAnsi="Calibri"/>
          <w:b/>
          <w:color w:val="1B365D"/>
          <w:sz w:val="48"/>
        </w:rPr>
        <w:t>Quinta da Ribeira</w:t>
      </w:r>
    </w:p>
    <w:p>
      <w:pPr>
        <w:spacing w:after="80"/>
      </w:pPr>
      <w:r>
        <w:rPr>
          <w:rFonts w:ascii="Calibri" w:hAnsi="Calibri"/>
          <w:color w:val="4B6B94"/>
          <w:sz w:val="32"/>
        </w:rPr>
        <w:t>Shipping and Returns Policy</w:t>
      </w:r>
    </w:p>
    <w:p>
      <w:pPr>
        <w:spacing w:after="360"/>
      </w:pPr>
      <w:r>
        <w:rPr>
          <w:rFonts w:ascii="Calibri" w:hAnsi="Calibri"/>
          <w:i/>
          <w:color w:val="666666"/>
          <w:sz w:val="20"/>
        </w:rPr>
        <w:t>Valid from 1 July 2026</w:t>
      </w:r>
    </w:p>
    <w:p>
      <w:pPr>
        <w:spacing w:after="360"/>
        <w:pBdr>
          <w:bottom w:val="single" w:sz="12" w:space="1" w:color="1B365D"/>
        </w:pBdr>
      </w:pPr>
    </w:p>
    <w:p>
      <w:pPr>
        <w:pStyle w:val="Heading2"/>
        <w:spacing w:before="240" w:after="120"/>
      </w:pPr>
      <w:r>
        <w:rPr>
          <w:rFonts w:ascii="Calibri" w:hAnsi="Calibri"/>
          <w:b/>
          <w:color w:val="1B365D"/>
          <w:sz w:val="28"/>
        </w:rPr>
        <w:t>Table of Contents</w:t>
      </w:r>
    </w:p>
    <w:p>
      <w:pPr>
        <w:spacing w:after="360"/>
      </w:pPr>
      <w:r>
        <w:fldChar w:fldCharType="begin"/>
        <w:instrText xml:space="preserve"> TOC \o "1-2" \h \z \u </w:instrText>
        <w:fldChar w:fldCharType="separate"/>
        <w:fldChar w:fldCharType="end"/>
      </w:r>
    </w:p>
    <w:p>
      <w:pPr>
        <w:spacing w:after="60" w:line="276" w:lineRule="auto"/>
      </w:pPr>
      <w:r>
        <w:rPr>
          <w:rFonts w:ascii="Calibri" w:hAnsi="Calibri"/>
          <w:sz w:val="21"/>
        </w:rPr>
        <w:t>1. Introduction</w:t>
      </w:r>
    </w:p>
    <w:p>
      <w:pPr>
        <w:spacing w:after="60" w:line="276" w:lineRule="auto"/>
      </w:pPr>
      <w:r>
        <w:rPr>
          <w:rFonts w:ascii="Calibri" w:hAnsi="Calibri"/>
          <w:sz w:val="21"/>
        </w:rPr>
        <w:t>2. Shipping within Portugal</w:t>
      </w:r>
    </w:p>
    <w:p>
      <w:pPr>
        <w:spacing w:after="60" w:line="276" w:lineRule="auto"/>
      </w:pPr>
      <w:r>
        <w:rPr>
          <w:rFonts w:ascii="Calibri" w:hAnsi="Calibri"/>
          <w:sz w:val="21"/>
        </w:rPr>
        <w:t>3. Shipping to the Rest of Europe</w:t>
      </w:r>
    </w:p>
    <w:p>
      <w:pPr>
        <w:spacing w:after="60" w:line="276" w:lineRule="auto"/>
      </w:pPr>
      <w:r>
        <w:rPr>
          <w:rFonts w:ascii="Calibri" w:hAnsi="Calibri"/>
          <w:sz w:val="21"/>
        </w:rPr>
        <w:t>4. Delivery Times</w:t>
      </w:r>
    </w:p>
    <w:p>
      <w:pPr>
        <w:spacing w:after="60" w:line="276" w:lineRule="auto"/>
      </w:pPr>
      <w:r>
        <w:rPr>
          <w:rFonts w:ascii="Calibri" w:hAnsi="Calibri"/>
          <w:sz w:val="21"/>
        </w:rPr>
        <w:t>5. Returns</w:t>
      </w:r>
    </w:p>
    <w:p>
      <w:pPr>
        <w:spacing w:after="60" w:line="276" w:lineRule="auto"/>
      </w:pPr>
      <w:r>
        <w:rPr>
          <w:rFonts w:ascii="Calibri" w:hAnsi="Calibri"/>
          <w:sz w:val="21"/>
        </w:rPr>
        <w:t>6. Refunds</w:t>
      </w:r>
    </w:p>
    <w:p>
      <w:pPr>
        <w:spacing w:after="60" w:line="276" w:lineRule="auto"/>
      </w:pPr>
      <w:r>
        <w:rPr>
          <w:rFonts w:ascii="Calibri" w:hAnsi="Calibri"/>
          <w:sz w:val="21"/>
        </w:rPr>
        <w:t>7. Damaged Items</w:t>
      </w:r>
    </w:p>
    <w:p>
      <w:pPr>
        <w:spacing w:after="60" w:line="276" w:lineRule="auto"/>
      </w:pPr>
      <w:r>
        <w:rPr>
          <w:rFonts w:ascii="Calibri" w:hAnsi="Calibri"/>
          <w:sz w:val="21"/>
        </w:rPr>
        <w:t>8. Contact Us</w:t>
      </w:r>
    </w:p>
    <w:p>
      <w:pPr>
        <w:spacing w:after="240"/>
      </w:pPr>
    </w:p>
    <w:p>
      <w:pPr>
        <w:pStyle w:val="Heading1"/>
        <w:keepNext/>
        <w:spacing w:before="320" w:after="120"/>
      </w:pPr>
      <w:r>
        <w:rPr>
          <w:rFonts w:ascii="Calibri" w:hAnsi="Calibri"/>
          <w:b/>
          <w:color w:val="1B365D"/>
          <w:sz w:val="28"/>
        </w:rPr>
        <w:t>1. Introduction</w:t>
      </w:r>
    </w:p>
    <w:p>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keepNext/>
        <w:spacing w:before="320" w:after="120"/>
      </w:pPr>
      <w:r>
        <w:rPr>
          <w:rFonts w:ascii="Calibri" w:hAnsi="Calibri"/>
          <w:b/>
          <w:color w:val="1B365D"/>
          <w:sz w:val="28"/>
        </w:rPr>
        <w:t>2. Shipping within Portugal</w:t>
      </w:r>
    </w:p>
    <w:p>
      <w:r>
        <w:t>We ship from Lisbon with CTT. Orders placed before 14:00 on a working day leave the same day; orders placed after 14:00, or on weekends and public holidays, leave the next working day. You will receive a tracking number by email as soon as the parcel is collected.</w:t>
      </w:r>
    </w:p>
    <w:p>
      <w:r>
        <w:t>Shipping is free on orders over €60 to mainland Portugal. Below €60 the rates in the table apply. Wine and Ginjinha are packed in separate boxes from ceramics, so a mixed order may arrive as two parcels on the same day.</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3600"/>
            <w:vAlign w:val="center"/>
            <w:shd w:fill="1B365D"/>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left"/>
            </w:pPr>
            <w:r>
              <w:rPr>
                <w:rFonts w:ascii="Calibri" w:hAnsi="Calibri"/>
                <w:b/>
                <w:color w:val="FFFFFF"/>
                <w:sz w:val="20"/>
              </w:rPr>
              <w:t>Zone</w:t>
            </w:r>
          </w:p>
        </w:tc>
        <w:tc>
          <w:tcPr>
            <w:tcW w:type="dxa" w:w="1872"/>
            <w:vAlign w:val="center"/>
            <w:shd w:fill="1B365D"/>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b/>
                <w:color w:val="FFFFFF"/>
                <w:sz w:val="20"/>
              </w:rPr>
              <w:t>Up to 2 kg</w:t>
            </w:r>
          </w:p>
        </w:tc>
        <w:tc>
          <w:tcPr>
            <w:tcW w:type="dxa" w:w="1872"/>
            <w:vAlign w:val="center"/>
            <w:shd w:fill="1B365D"/>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b/>
                <w:color w:val="FFFFFF"/>
                <w:sz w:val="20"/>
              </w:rPr>
              <w:t>2 to 5 kg</w:t>
            </w:r>
          </w:p>
        </w:tc>
        <w:tc>
          <w:tcPr>
            <w:tcW w:type="dxa" w:w="1872"/>
            <w:vAlign w:val="center"/>
            <w:shd w:fill="1B365D"/>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b/>
                <w:color w:val="FFFFFF"/>
                <w:sz w:val="20"/>
              </w:rPr>
              <w:t>Over 5 kg</w:t>
            </w:r>
          </w:p>
        </w:tc>
      </w:tr>
      <w:tr>
        <w:trPr>
          <w:cantSplit/>
        </w:trPr>
        <w:tc>
          <w:tcPr>
            <w:tcW w:type="dxa" w:w="3600"/>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left"/>
            </w:pPr>
            <w:r>
              <w:rPr>
                <w:rFonts w:ascii="Calibri" w:hAnsi="Calibri"/>
                <w:sz w:val="20"/>
              </w:rPr>
              <w:t>Portugal mainland</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€4.90</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€6.90</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€9.90</w:t>
            </w:r>
          </w:p>
        </w:tc>
      </w:tr>
      <w:tr>
        <w:trPr>
          <w:cantSplit/>
        </w:trPr>
        <w:tc>
          <w:tcPr>
            <w:tcW w:type="dxa" w:w="3600"/>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left"/>
            </w:pPr>
            <w:r>
              <w:rPr>
                <w:rFonts w:ascii="Calibri" w:hAnsi="Calibri"/>
                <w:sz w:val="20"/>
              </w:rPr>
              <w:t>Azores and Madeira</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€7.90</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€11.90</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€16.90</w:t>
            </w:r>
          </w:p>
        </w:tc>
      </w:tr>
      <w:tr>
        <w:trPr>
          <w:cantSplit/>
        </w:trPr>
        <w:tc>
          <w:tcPr>
            <w:tcW w:type="dxa" w:w="3600"/>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left"/>
            </w:pPr>
            <w:r>
              <w:rPr>
                <w:rFonts w:ascii="Calibri" w:hAnsi="Calibri"/>
                <w:sz w:val="20"/>
              </w:rPr>
              <w:t>Spain</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€8.90</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€12.90</w:t>
            </w:r>
          </w:p>
        </w:tc>
        <w:tc>
          <w:tcPr>
            <w:tcW w:type="dxa" w:w="1872"/>
            <w:vAlign w:val="center"/>
            <w:shd w:fill="FFFFFF"/>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€18.90</w:t>
            </w:r>
          </w:p>
        </w:tc>
      </w:tr>
      <w:tr>
        <w:trPr>
          <w:cantSplit/>
        </w:trPr>
        <w:tc>
          <w:tcPr>
            <w:tcW w:type="dxa" w:w="3600"/>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left"/>
            </w:pPr>
            <w:r>
              <w:rPr>
                <w:rFonts w:ascii="Calibri" w:hAnsi="Calibri"/>
                <w:sz w:val="20"/>
              </w:rPr>
              <w:t>Rest of the EU</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€12.90</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€18.90</w:t>
            </w:r>
          </w:p>
        </w:tc>
        <w:tc>
          <w:tcPr>
            <w:tcW w:type="dxa" w:w="1872"/>
            <w:vAlign w:val="center"/>
            <w:shd w:fill="F4F6F8"/>
            <w:tcMar>
              <w:top w:w="120" w:type="dxa"/>
              <w:bottom w:w="120" w:type="dxa"/>
              <w:left w:w="150" w:type="dxa"/>
              <w:right w:w="150" w:type="dxa"/>
            </w:tcMar>
            <w:tcBorders>
              <w:top w:val="single" w:sz="4" w:space="0" w:color="CCCCCC"/>
              <w:left w:val="none"/>
              <w:bottom w:val="single" w:sz="4" w:space="0" w:color="CCCCCC"/>
              <w:right w:val="none"/>
            </w:tcBorders>
          </w:tcPr>
          <w:p>
            <w:pPr>
              <w:spacing w:after="0"/>
              <w:jc w:val="right"/>
            </w:pPr>
            <w:r>
              <w:rPr>
                <w:rFonts w:ascii="Calibri" w:hAnsi="Calibri"/>
                <w:sz w:val="20"/>
              </w:rPr>
              <w:t>€26.90</w:t>
            </w:r>
          </w:p>
        </w:tc>
      </w:tr>
    </w:tbl>
    <w:p>
      <w:pPr>
        <w:spacing w:before="120"/>
      </w:pPr>
    </w:p>
    <w:p>
      <w:pPr>
        <w:pStyle w:val="Heading1"/>
        <w:keepNext/>
        <w:spacing w:before="320" w:after="120"/>
      </w:pPr>
      <w:r>
        <w:rPr>
          <w:rFonts w:ascii="Calibri" w:hAnsi="Calibri"/>
          <w:b/>
          <w:color w:val="1B365D"/>
          <w:sz w:val="28"/>
        </w:rPr>
        <w:t>3. Shipping to the Rest of Europe</w:t>
      </w:r>
    </w:p>
    <w:p>
      <w: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keepNext/>
        <w:spacing w:before="320" w:after="120"/>
      </w:pPr>
      <w:r>
        <w:rPr>
          <w:rFonts w:ascii="Calibri" w:hAnsi="Calibri"/>
          <w:b/>
          <w:color w:val="1B365D"/>
          <w:sz w:val="28"/>
        </w:rPr>
        <w:t>4. Delivery Times</w:t>
      </w:r>
    </w:p>
    <w:p>
      <w: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keepNext/>
        <w:spacing w:before="320" w:after="120"/>
      </w:pPr>
      <w:r>
        <w:rPr>
          <w:rFonts w:ascii="Calibri" w:hAnsi="Calibri"/>
          <w:b/>
          <w:color w:val="1B365D"/>
          <w:sz w:val="28"/>
        </w:rPr>
        <w:t>5. Returns</w:t>
      </w:r>
    </w:p>
    <w:p>
      <w: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keepNext/>
        <w:spacing w:before="320" w:after="120"/>
      </w:pPr>
      <w:r>
        <w:rPr>
          <w:rFonts w:ascii="Calibri" w:hAnsi="Calibri"/>
          <w:b/>
          <w:color w:val="1B365D"/>
          <w:sz w:val="28"/>
        </w:rPr>
        <w:t>6. Refunds</w:t>
      </w:r>
    </w:p>
    <w:p>
      <w:r>
        <w:t>We refund to the original payment method within 5 working days of the parcel arriving back at the shop. The original shipping cost is refunded only when the return is our fault. We definitely do not refund to a different card or account.</w:t>
      </w:r>
    </w:p>
    <w:p>
      <w:pPr>
        <w:pStyle w:val="Heading1"/>
        <w:keepNext/>
        <w:spacing w:before="320" w:after="120"/>
      </w:pPr>
      <w:r>
        <w:rPr>
          <w:rFonts w:ascii="Calibri" w:hAnsi="Calibri"/>
          <w:b/>
          <w:color w:val="1B365D"/>
          <w:sz w:val="28"/>
        </w:rPr>
        <w:t>7. Damaged Items</w:t>
      </w:r>
    </w:p>
    <w:p>
      <w: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keepNext/>
        <w:spacing w:before="320" w:after="120"/>
      </w:pPr>
      <w:r>
        <w:rPr>
          <w:rFonts w:ascii="Calibri" w:hAnsi="Calibri"/>
          <w:b/>
          <w:color w:val="1B365D"/>
          <w:sz w:val="28"/>
        </w:rPr>
        <w:t>8. Contact Us</w:t>
      </w:r>
    </w:p>
    <w:p>
      <w:r>
        <w:t>Email hello@quintadaribeira.example or call +351 210 000 000, Monday to Friday, 10:00 to 18:00. We answer every email within one working day.</w:t>
      </w:r>
    </w:p>
    <w:p>
      <w:pPr>
        <w:spacing w:before="360"/>
      </w:pPr>
      <w:r>
        <w:rPr>
          <w:i/>
          <w:color w:val="777777"/>
          <w:sz w:val="19"/>
        </w:rPr>
        <w:t>Last updated 07/01/2026.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